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[Prénom Nom]</w:t>
      </w:r>
    </w:p>
    <w:p>
      <w:r>
        <w:t>[Adresse]</w:t>
      </w:r>
    </w:p>
    <w:p>
      <w:r>
        <w:t>[NPA Localité, Pays]</w:t>
      </w:r>
    </w:p>
    <w:p>
      <w:r>
        <w:t>[Téléphone ou e-mail]</w:t>
      </w:r>
    </w:p>
    <w:p>
      <w:r/>
    </w:p>
    <w:p>
      <w:r>
        <w:t>Centrale du 2ème pilier</w:t>
      </w:r>
    </w:p>
    <w:p>
      <w:r>
        <w:t>Fonds de garantie LPP</w:t>
      </w:r>
    </w:p>
    <w:p>
      <w:r>
        <w:t>Organe de direction</w:t>
      </w:r>
    </w:p>
    <w:p>
      <w:r>
        <w:t>Case postale 1023</w:t>
      </w:r>
    </w:p>
    <w:p>
      <w:r>
        <w:t>3000 Berne 14</w:t>
      </w:r>
    </w:p>
    <w:p>
      <w:r/>
    </w:p>
    <w:p>
      <w:r>
        <w:t>[Lieu], le [date]</w:t>
      </w:r>
    </w:p>
    <w:p>
      <w:r/>
    </w:p>
    <w:p>
      <w:r>
        <w:rPr>
          <w:b/>
        </w:rPr>
        <w:t>Concerne : demande de recherche d'avoirs de la prévoyance professionnelle</w:t>
      </w:r>
    </w:p>
    <w:p>
      <w:r>
        <w:rPr>
          <w:b/>
        </w:rPr>
        <w:t>Numéro AVS : [756.xxxx.xxxx.xx]</w:t>
      </w:r>
    </w:p>
    <w:p>
      <w:r/>
    </w:p>
    <w:p>
      <w:r>
        <w:t>Madame, Monsieur,</w:t>
      </w:r>
    </w:p>
    <w:p>
      <w:r/>
    </w:p>
    <w:p>
      <w:r>
        <w:t>Je vous prie de bien vouloir rechercher si des avoirs de la prévoyance professionnelle (caisse de pension, compte ou police de libre passage) sont enregistrés à mon nom.</w:t>
      </w:r>
    </w:p>
    <w:p>
      <w:r/>
    </w:p>
    <w:p>
      <w:r>
        <w:t>Vous trouverez ci-joint le formulaire de demande SF-F5 dûment complété et signé.</w:t>
      </w:r>
    </w:p>
    <w:p>
      <w:r/>
    </w:p>
    <w:p>
      <w:r>
        <w:t>Pour faciliter vos recherches, voici quelques informations complémentaires :</w:t>
      </w:r>
    </w:p>
    <w:p>
      <w:r>
        <w:t>- Nom(s) porté(s) précédemment : [nom de naissance, autre nom]</w:t>
      </w:r>
    </w:p>
    <w:p>
      <w:r>
        <w:t>- Date de naissance : [jj.mm.aaaa]</w:t>
      </w:r>
    </w:p>
    <w:p>
      <w:r>
        <w:t>- Périodes d'activité en Suisse : [de ... à ...]</w:t>
      </w:r>
    </w:p>
    <w:p>
      <w:r>
        <w:t>- Anciens employeurs connus : [nom de l'employeur, localité, années]</w:t>
      </w:r>
    </w:p>
    <w:p>
      <w:r>
        <w:t>- Anciennes caisses de pension ou institutions de libre passage connues : [nom, si connu]</w:t>
      </w:r>
    </w:p>
    <w:p>
      <w:r>
        <w:t>- Adresses en Suisse pendant ces périodes : [adresse, années]</w:t>
      </w:r>
    </w:p>
    <w:p>
      <w:r/>
    </w:p>
    <w:p>
      <w:r>
        <w:t>Annexes :</w:t>
      </w:r>
    </w:p>
    <w:p>
      <w:r>
        <w:t>- Formulaire de demande SF-F5, complété et signé</w:t>
      </w:r>
    </w:p>
    <w:p>
      <w:r>
        <w:t>- Copie de ma pièce d'identité (passeport ou carte d'identité)</w:t>
      </w:r>
    </w:p>
    <w:p>
      <w:r>
        <w:t>- [Copies facultatives : certificats de salaire, anciens certificats de prévoyance, extrait de compte individuel AVS]</w:t>
      </w:r>
    </w:p>
    <w:p>
      <w:r/>
    </w:p>
    <w:p>
      <w:r>
        <w:t>Je vous remercie de me communiquer le résultat de votre recherche à l'adresse indiquée ci-dessus.</w:t>
      </w:r>
    </w:p>
    <w:p>
      <w:r/>
    </w:p>
    <w:p>
      <w:r>
        <w:t>Veuillez agréer, Madame, Monsieur, mes salutations distinguées.</w:t>
      </w:r>
    </w:p>
    <w:p>
      <w:r/>
    </w:p>
    <w:p>
      <w:r>
        <w:t>[Signature]</w:t>
      </w:r>
    </w:p>
    <w:p>
      <w:r>
        <w:t>[Prénom Nom]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d'accompagnement à la Centrale du 2e pilier</dc:title>
  <dc:subject/>
  <dc:creator>2e Pilier Suisse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